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ОБ ОТМЕНЕ ПОСТАНОВЛЕНИЯ О ПРИЗНАНИИ ИМУЩЕСТВА ВЕЩЕСТВЕННЫМ ДОКАЗАТЕЛЬСТВОМ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ОТМЕНЕ ПОСТАНОВЛЕНИЯ О ПРИЗНАНИИ ИМУЩЕСТВА ВЕЩЕСТВЕННЫМ ДОКАЗАТЕЛЬСТВОМ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отмене постановления о признании имущества вещественным доказательством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