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ЖАЛОБА ПРОКУРОРУ НА НЕВОЗВРАТ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ПРОКУРОРУ НА НЕВОЗВРАТ ИМУЩЕСТВА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прокурору на невозврат имущества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