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258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ХОДАТАЙСТВО О ВОЗВРАТЕ МОБИЛЬНОГО ТЕЛЕФОНА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ВОЗВРАТЕ МОБИЛЬНОГО ТЕЛЕФОНА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возврате мобильного телефона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