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ВОЗВРАТЕ ДЕНЕЖНЫХ СРЕДСТВ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ДЕНЕЖНЫХ СРЕДСТВ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денежных средств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