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248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АПЕЛЛЯЦИОННАЯ ЖАЛОБА НА ПОСТАНОВЛЕНИЕ ОБ АРЕСТЕ ИМУЩЕСТВА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АПЕЛЛЯЦИОННАЯ ЖАЛОБА НА ПОСТАНОВЛЕНИЕ ОБ АРЕСТЕ ИМУЩЕСТВА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на постановление об аресте имущества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