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246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ВОЗРАЖЕНИЯ ПРОТИВ ОЦЕНКИ АРЕСТОВАННОГО ИМУЩЕСТВА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ОЦЕНКИ АРЕСТОВАННОГО ИМУЩЕСТВА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оценки арестованного имущества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