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ДОКУМЕНТЫ, ПОДТВЕРЖДАЮЩИЕ ПРИНАДЛЕЖНОСТЬ ИМУЩЕСТВА ТРЕТЬЕМУ ЛИЦУ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ДОКУМЕНТЫ, ПОДТВЕРЖДАЮЩИЕ ПРИНАДЛЕЖНОСТЬ ИМУЩЕСТВА ТРЕТЬЕМУ ЛИЦУ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подтверждающие принадлежность имущества третьему лицу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