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ОБ ОТМЕНЕ АРЕСТА ДЕНЕЖНЫХ СРЕДСТВ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ОТМЕНЕ АРЕСТА ДЕНЕЖНЫХ СРЕДСТВ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отмене ареста денежных средств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