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ДОКУМЕНТЫ О СОСТОЯНИИ ЗДОРОВЬЯ ПОДОЗРЕВАЕМОГО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ДОКУМЕНТЫ О СОСТОЯНИИ ЗДОРОВЬЯ ПОДОЗРЕВАЕМОГО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 о состоянии здоровья подозреваемого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