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211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ВОЗРАЖЕНИЯ ПРОТИВ ЗАДЕРЖАНИЯ ПРЕДПРИНИМАТЕЛЯ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ЗАДЕРЖАНИЯ ПРЕДПРИНИМАТЕЛЯ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задержания предпринимателя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