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КОНКРЕТИЗАЦИИ ПРЕДЪЯВЛЕННОГО ОБВИНЕНИЯ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КОНКРЕТИЗАЦИИ ПРЕДЪЯВЛЕННОГО ОБВИНЕНИЯ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конкретизации предъявленного обвинения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