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198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ПИСЬМЕННАЯ ПОЗИЦИЯ ОБВИНЯЕМОГО ПО ПРЕДЪЯВЛЕННОМУ ОБВИНЕНИЮ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ОБВИНЯЕМОГО ПО ПРЕДЪЯВЛЕННОМУ ОБВИНЕНИЮ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обвиняемого по предъявленному обвинению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