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ЗАЯВЛЕНИЕ О ПРИМЕНЕНИИ АУДИО- ИЛИ ВИДЕОЗАПИСИ ДОПРОСА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ПРИМЕНЕНИИ АУДИО- ИЛИ ВИДЕОЗАПИСИ ДОПРОСА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применении аудио- или видеозаписи допроса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