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ПАМЯТКА РУКОВОДИТЕЛЮ ПЕРЕД ДОПРОСОМ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руководителю перед допросом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