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173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ВОЗРАЖЕНИЯ ПРОТИВ САМОСТОЯТЕЛЬНОГО ОСМОТРА ТЕХНИКИ СЛЕДОВАТЕЛЕМ БЕЗ СПЕЦИАЛИСТА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164-170, 182-183); УПК РФ (статья 164.1 - при применимости)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САМОСТОЯТЕЛЬНОГО ОСМОТРА ТЕХНИКИ СЛЕДОВАТЕЛЕМ БЕЗ СПЕЦИАЛИСТА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164-170, 182-183); УПК РФ (статья 164.1 - при применимости)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самостоятельного осмотра техники следователем без специалиста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