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ОПИСЬ КОМПЬЮТЕРОВ, СЕРВЕРОВ, ТЕЛЕФОНОВ И НОСИТЕЛЕЙ ИНФОРМАЦИИ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ОПИСЬ КОМПЬЮТЕРОВ, СЕРВЕРОВ, ТЕЛЕФОНОВ И НОСИТЕЛЕЙ ИНФОРМАЦИИ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опись компьютеров, серверов, телефонов и носителей информации.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Серийные номера, конфигурация и состояние устройств: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Участие специалиста и сохранение целостности данных: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Копирование необходимой информации и минимизация остановки бизнеса: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Опись компьютеров, серверов, телефонов и носителей информации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