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 ПРИВЛЕЧЕНИИ СПЕЦИАЛИСТА ПРИ ИЗЪЯТИИ ЭЛЕКТРОННОЙ ТЕХНИКИ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ПРИВЛЕЧЕНИИ СПЕЦИАЛИСТА ПРИ ИЗЪЯТИИ ЭЛЕКТРОННОЙ ТЕХНИКИ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привлечении специалиста при изъятии электронной техники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