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ЗАМЕЧАНИЯ НА ПРОТОКОЛ ОСМОТРА ПОМЕЩЕНИЯ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ОСМОТРА ПОМЕЩЕНИЯ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осмотра помещения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