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ПАМЯТКА ПРЕДСТАВИТЕЛЮ КОМПАНИИ ПРИ ОБЫСКЕ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представителю компании при обыске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