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135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ОБРАЩЕНИЕ К УПОЛНОМОЧЕННОМУ ПО ЗАЩИТЕ ПРАВ ПРЕДПРИНИМАТЕЛЕЙ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ОБРАЩЕНИЕ К УПОЛНОМОЧЕННОМУ ПО ЗАЩИТЕ ПРАВ ПРЕДПРИНИМАТЕЛЕЙ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к уполномоченному по защите прав предпринимателей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