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132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ЖАЛОБА НА НЕЗАКОННОЕ ИЗЪЯТИЕ ИМУЩЕСТВА ПРИ ОБСЛЕДОВАНИИ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НЕЗАКОННОЕ ИЗЪЯТИЕ ИМУЩЕСТВА ПРИ ОБСЛЕДОВАНИИ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незаконное изъятие имущества при обследовании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