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ТРЕБОВАНИЕ О ВЫДАЧЕ КОПИИ РАСПОРЯЖЕНИЯ НА ПРОВЕДЕНИЕ ОБСЛЕДОВАНИЯ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ТРЕБОВАНИЕ О ВЫДАЧЕ КОПИИ РАСПОРЯЖЕНИЯ НА ПРОВЕДЕНИЕ ОБСЛЕДОВАНИЯ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 выдаче копии распоряжения на проведение обследования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