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ОПИСЬ ДОБРОВОЛЬНО ПЕРЕДАВАЕМЫХ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ОПИСЬ ДОБРОВОЛЬНО ПЕРЕДАВАЕМЫХ ДОКУМЕНТОВ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опись добровольно передаваемых документов.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Опись добровольно передаваемых документов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