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120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ОТВЕТ О НЕВОЗМОЖНОСТИ ПРЕДОСТАВИТЬ ОТСУТСТВУЮЩИЕ ДОКУМЕНТЫ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ОТВЕТ О НЕВОЗМОЖНОСТИ ПРЕДОСТАВИТЬ ОТСУТСТВУЮЩИЕ ДОКУМЕНТЫ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о невозможности предоставить отсутствующие документы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