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ПРОКУРОРУ НА ПОСТАНОВЛЕНИЕ ОБ ОТКАЗЕ В ВОЗБУЖДЕНИИ УГОЛОВНОГО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ПРОКУРОРУ НА ПОСТАНОВЛЕНИЕ ОБ ОТКАЗЕ В ВОЗБУЖДЕНИИ УГОЛОВНОГО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прокурору на постановление об отказе в возбуждении уголовного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