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НА ОТКАЗ ПРЕДОСТАВИТЬ МАТЕРИАЛЫ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ПРЕДОСТАВИТЬ МАТЕРИАЛЫ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предоставить материалы проверки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