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109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ЗАЯВЛЕНИЕ ОБ ОЗНАКОМЛЕНИИ С МАТЕРИАЛАМИ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ОБ ОЗНАКОМЛЕНИИ С МАТЕРИАЛАМИ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ознакомлении с материалами проверки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