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НА НЕЗАКОННОЕ ВОЗБУЖДЕНИЕ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НЕЗАКОННОЕ ВОЗБУЖДЕНИЕ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возбуждение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