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ДОПОЛНИТЕЛЬНЫЕ ОБЪЯСНЕНИЯ ДО ПРИНЯТИЯ РЕШЕНИЯ ПО МАТЕРИАЛУ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ДОПОЛНИТЕЛЬНЫЕ ОБЪЯСНЕНИЯ ДО ПРИНЯТИЯ РЕШЕНИЯ ПО МАТЕРИАЛУ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объяснения до принятия решения по материалу проверки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