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УЧАСТНИКА ООО О ПРЕДОСТАВЛЕНИИ ДОКУМЕНТОВ И ИНФОРМАЦИИ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