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/>
        <w:ind w:left="4819"/>
        <w:jc w:val="right"/>
      </w:pPr>
      <w:r>
        <w:rPr>
          <w:rFonts w:ascii="Times New Roman" w:hAnsi="Times New Roman" w:eastAsia="Times New Roman"/>
          <w:b w:val="0"/>
          <w:i w:val="0"/>
          <w:sz w:val="20"/>
        </w:rPr>
        <w:t>В [наименование общества / адресата]</w:t>
        <w:br/>
        <w:t>адрес: [адрес]</w:t>
      </w:r>
      <w:r>
        <w:rPr>
          <w:rFonts w:ascii="Times New Roman" w:hAnsi="Times New Roman" w:eastAsia="Times New Roman"/>
          <w:b w:val="0"/>
          <w:i w:val="0"/>
          <w:sz w:val="20"/>
        </w:rPr>
        <w:br/>
        <w:br/>
        <w:t>Заявитель: [Ф.И.О. / наименование]</w:t>
        <w:br/>
        <w:t>адрес: [адрес]</w:t>
        <w:br/>
        <w:t>ИНН/ОГРН: [реквизиты]</w:t>
        <w:br/>
        <w:t>тел.: [номер], e-mail: [адрес]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ТРЕБОВАНИЕ АКЦИОНЕРА О ВЫКУПЕ ПРИНАДЛЕЖАЩИХ ЕМУ АКЦИЙ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реестре владельцев ценных бумаг / депозитарном учёте отражена операция от «___» _________ 20__ года, в результате которой [акции списаны, запись не внесена, отказано в операции, нарушено преимущественное право, определена спорная цена выкупа].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представил регистратору необходимые документы, однако его право не восстановлено. Нарушение препятствует участию в собрании, получению дивидендов и распоряжению ценными бумагами.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Юридически значимые обстоятельства подтверждаются совокупностью документов: уставом, выписками из государственных и корпоративных реестров, протоколами, перепиской, банковскими и бухгалтерскими документами. При заполнении образца следует указать точную хронологию событий и связь каждого доказательства с заявленным требованием.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Права на акции учитываются в реестре владельцев ценных бумаг или депозитарии по правилам Федеральных законов № 208-ФЗ и № 39-ФЗ. Регистратор обязан совершать операции при представлении надлежащих документов и вправе отказать только по установленным основаниям.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Споры о списании, восстановлении записи, дополнительном выпуске, выкупе и дивидендах разрешаются с учётом корпоративного законодательства, правил эмиссии и данных учёта. Способ защиты должен восстанавливать как имущественное право, так и возможность участия в управлении.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Рассмотреть настоящее обращение и совершить указанное в нём корпоративное действие в предусмотренный законом и уставом срок.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Направить заявителю письменное подтверждение получения, сведения о принятых мерах и копии оформленных документов.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Обеспечить сохранность относящихся к вопросу документов и не совершать действий, способных затруднить восстановление нарушенного права.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Выписка по лицевому счёту / счёту депо.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Поручение регистратору и письменный отказ.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Документы об эмиссии, выкупе или распределении дивидендов.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