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</w:pPr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ХОДАТАЙСТВО О НАЗНАЧЕНИИ СУДЕБНОЙ ОЦЕНОЧНОЙ ЭКСПЕРТИЗЫ СТОИМОСТИ ДОЛИ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ПРАВОВОЕ ОБОСНОВАНИЕ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54" w:lineRule="auto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54" w:lineRule="auto" w:after="60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На основании изложенного, руководствуясь указанными нормами права,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ПРОШУ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Назначить по делу судебную оценочную экспертизу.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Поставить перед экспертом вопросы, изложенные в приложении к ходатайству, в том числе о [конкретный предмет исследования].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Поручить проведение экспертизы [экспертное учреждение] либо определить учреждение по усмотрению суда; установить срок и порядок внесения оплаты.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4. Предоставить эксперту материалы дела и истребованные оригиналы документов, необходимые для исследования.</w:t>
      </w:r>
    </w:p>
    <w:p>
      <w:pPr>
        <w:spacing w:before="160" w:after="60" w:line="254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3"/>
        </w:rPr>
        <w:t>ПРИЛОЖЕНИЯ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1. Документ, подтверждающий статус заявителя и его корпоративное право.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2. Устав общества и актуальная выписка из ЕГРЮЛ / реестра акционеров.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3. Документы, подтверждающие изложенную хронологию событий.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4. Переписка и доказательства направления предыдущих обращений.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7. Расчёт заявленной денежной суммы – если требование подлежит оценке.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8. Доверенность или иной документ о полномочиях представителя.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9. Предлагаемые вопросы эксперту.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10. Сведения об экспертной организации и предварительная стоимость исследования.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11. Оригиналы и сравнительные материалы, необходимые для экспертизы.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12. Документы о приобретении и оплате доли.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13. Нотариальные документы и регистрационные формы.</w:t>
      </w:r>
    </w:p>
    <w:p>
      <w:pPr>
        <w:spacing w:after="60" w:line="25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3"/>
        </w:rPr>
        <w:t>14. Бухгалтерская отчётность и расчёт стоимости чистых активов – при необходимости.</w:t>
      </w:r>
    </w:p>
    <w:p>
      <w:pPr>
        <w:spacing w:line="254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3"/>
        </w:rPr>
        <w:t>«___» __________ 20__ г.        __________________ /[Ф.И.О.]/</w:t>
      </w:r>
    </w:p>
    <w:sectPr w:rsidR="00FC693F" w:rsidRPr="0006063C" w:rsidSect="00034616">
      <w:footerReference w:type="default" r:id="rId9"/>
      <w:pgSz w:w="12240" w:h="15840"/>
      <w:pgMar w:top="879" w:right="1020" w:bottom="822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