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ПРЕДОСТАВЛЕНИИ ДОКУМЕНТОВ ДЛЯ ОПРЕДЕЛЕНИЯ СТОИМОСТИ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отказа, неполного предоставления или уклонения.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