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УВЕДОМЛЕНИЕ ОБ УЧАСТИИ ЗАКОННОГО ПРЕДСТАВИТЕЛЯ ЮРИДИЧЕСКОГО ЛИЦА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участии законного представителя юридического лица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