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ОТЗЫВЕ ДОСУДЕБНОЙ ЖАЛОБЫ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отзыве досудебной жалобы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