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Руководитель Управления Роспотребнадзора по г. Москве</w:t>
        <w:br/>
        <w:t>129626, г. Москва, Графский пер., д. 4/9</w:t>
        <w:br/>
        <w:br/>
        <w:t>от ООО «Городской Маркет»</w:t>
        <w:br/>
        <w:t>ИНН 7700002002, ОГРН 1267700002002</w:t>
        <w:br/>
        <w:t>115088, г. Москва, ул. Южнопортовая, д. 7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ХОДАТАЙСТВО О ПРИОСТАНОВЛЕНИИ ИСПОЛНЕНИЯ ОБЖАЛУЕМОГО РЕШЕНИЯ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 осуществляет деятельность на объекте: магазин по адресу: г. Москва, ул. Автозаводская, д. 12. В отношении общества проводится либо завершено мероприятие № КНМ-77/2026-417. Предмет претензий контрольного органа: незаконность решения, действий инспектора и предписания, вынесенных по итогам внепланового мероприятия.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Организация получила акт и предписание через личный кабинет контролируемого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Возражения, заявленные при проверке, в акте не отражены и по существу не рассмотрены.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Предписание возлагает обязанности, не связанные с предметом первоначальной жалобы потребителя.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подготовлен применительно к спору о следующем: незаконность решения, действий инспектора и предписания, вынесенных по итогам внепланового мероприятия.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2 июля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Использовать обязательный либо предусмотренный законом досудебный порядок обжалования.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Просить приостановить исполнение спорного предписания до рассмотрения жалобы.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Представить полный комплект цифровых доказательств и хронологию нарушений.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по адресу: г. Москва, ул. Автозаводская, д. 12».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Конституция Российской Федерации (статьи 34, 45 и 46).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31.07.2020 № 248-ФЗ «О государственном контроле (надзоре) и муниципальном контроле в Российской Федерации».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02.05.2006 № 59-ФЗ «О порядке рассмотрения обращений граждан Российской Федерации» — в применимой части.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Решение о проверке.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Карточка ЕРКНМ.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Акт.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Предписание.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Видеозапись.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Возражения.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устранения недостатков.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Приостановить исполнение обжалуемого решения до окончания рассмотрения жалобы.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Незамедлительно уведомить орган исполнения.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применять обеспечительные ограничения, утратившие необходимость.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Решение о проверке.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Карточка ЕРКНМ.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Акт.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Предписание.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Видеозапись.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Возражения.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устранения недостатков.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приостановлении исполнения обжалуемого решения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