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ПРОТОКОЛ ФОТО- И ВИДЕОФИКСАЦИИ ДЕЙСТВИЙ ПРОВЕРЯЮЩИХ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фото- и видеофиксации действий проверяющих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