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Управление Роспотребнадзора по г. Москве</w:t>
        <w:br/>
        <w:t>129626, г. Москва, Графский пер., д. 4/9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ЗАЯВЛЕНИЕ О ПРЕДОСТАВЛЕНИИ КОНТРОЛЬНОГО ОБРАЗЦА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нарушение требований к информации о товаре и порядку рассмотрения претензий покупателей.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Во время осмотра инспектор запросил договоры со всеми поставщиками за два года, хотя предметом мероприятия являлась единичная жалоба.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 отборе образца товара второй экземпляр для контролируемого лица не был предоставлен, упаковка не была опечатана в присутствии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 протокол осмотра не включены замечания представителя организации и сведения о непрерывной видеофиксации.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Достоверность результата зависит от соблюдения правил отбора, упаковки, опечатывания, хранения и передачи образцов. Нарушение цепочки сохранности ставит под сомнение выводы исследования.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12 июня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Зафиксировать каждое процессуальное нарушение отдельным актом с участием свидетелей.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Требовать внесения замечаний в протоколы и предоставления копий материалов.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Представить доказательства надлежащего информирования конкретного покупателя.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Конституция Российской Федерации (статьи 34, 45 и 46).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31.07.2020 № 248-ФЗ «О государственном контроле (надзоре) и муниципальном контроле в Российской Федерации».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02.05.2006 № 59-ФЗ «О порядке рассмотрения обращений граждан Российской Федерации» — в применимой части.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Видеозапись осмотра.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Протокол осмотра.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 отбора образцов.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Товарный чек.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Инструкция и маркировка товара.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Письменные замечания представителя.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Фотографии упаковки и пломб.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 отбора и транспортировки.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Рассмотреть документ с участием представителя организации.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представленные доказательства.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Принять мотивированное решение и направить его заявителю.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Видеозапись осмотра.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Протокол осмотра.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 отбора образцов.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Товарный чек.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Инструкция и маркировка товара.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Письменные замечания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Фотографии упаковки и пломб.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 отбора и транспортировки.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предоставлении контрольного образца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