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АКТ ОБ ОТКАЗЕ В ДОСТУПЕ НА ОБЪЕКТ ВСЛЕДСТВИЕ НАРУШЕНИЯ ПРОЦЕДУРЫ НАЗНАЧЕНИЯ ПРОВЕРКИ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«Городской Маркет» [Ф.И.О.], работник проверяемого подразделения [Ф.И.О.] и присутствующее лицо [Ф.И.О.], составили настоящий документ в связи с контрольным мероприятием № КНМ-77/2026-417.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магазин по адресу: г. Москва, ул. Автозаводская, д. 12. Начало: ___ час. ___ мин.; окончание: ___ час. ___ мин. От контрольного органа участвовал(а): ведущий специалист-эксперт Морозова Елена Игоревна.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Недопуск рассматривается как исключительная мера и оформляется только после проверки полномочий, реестровой записи, удостоверений и соблюдения порядка назначения мероприятия.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в доступе на объект вследствие нарушения процедуры назначения проверки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