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ОТЧЁТ ОБ ИСПОЛНЕНИИ ПЛАНА ПРОФИЛАКТИЧЕСКИХ МЕРОПРИЯТИЙ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магазин непродовольственных товаров по адресу: г. Москва, ул. Люблинская, д. 18.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исполнении плана профилактических мероприятий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