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Прокуратура города Москвы / Арбитражный суд города Москвы</w:t>
        <w:br/>
        <w:t>115225, г. Москва, ул. Большая Тульская, д. 17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ДОКАЗАТЕЛЬСТВА ОБЪЕКТИВНОЙ НЕВОЗМОЖНОСТИ ИСПОЛНЕНИЯ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Неисполнение одного пункта обусловлено действиями независимой ресурсоснабжающей организации; общество заранее предпринимало меры и просило продлить срок.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доказательства объективной невозможности исполнения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