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КАРТА КОНТРОЛЬНЫХ И НАДЗОРНЫХ ОРГАНОВ, УПОЛНОМОЧЕННЫХ ПРОВЕРЯТЬ ДЕЯТЕЛЬНОСТЬ ОРГАНИЗАЦИИ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контрольных и надзорных органов, уполномоченных проверять деятельность организации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