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«ТехноСнаб»</w:t>
        <w:br/>
        <w:t>ИНН 7700005005, ОГРН 1267700005005</w:t>
        <w:br/>
        <w:t>107140, г. Москва, ул. Краснопрудная, д. 15</w:t>
        <w:br/>
        <w:br/>
        <w:t>Заинтересованное лицо: Московское УФАС России</w:t>
        <w:br/>
        <w:t>[адрес заинтересованного лица]</w:t>
        <w:br/>
        <w:br/>
        <w:t>Дело № А40-123461/2026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ОБ ОСПАРИВАНИИ РЕШЕНИЯ И ПРЕДПИСАНИЯ ФАС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оспаривает решение/постановление/предписание № ПФАС-77/2026-1099, вынесенное по результатам мероприятия № ФАС-77/2026-1099. Оспариваемый акт затрагивает права заявителя в предпринимательской деятельности, возлагает дополнительные обязанности и создает риск взыскания 1 000 000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об оспаривании решения и предписания ФАС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