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Московское УФАС России</w:t>
        <w:br/>
        <w:t>107078, г. Москва, Мясницкий проезд, д. 4, стр. 1</w:t>
        <w:br/>
        <w:br/>
        <w:t>от ООО «ТехноСнаб»</w:t>
        <w:br/>
        <w:t>ИНН 7700005005, ОГРН 1267700005005</w:t>
        <w:br/>
        <w:t>107140, г. Москва, ул. Краснопрудная, д. 15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ВКЛЮЧЕНИЯ СВЕДЕНИЙ В РЕЕСТР НЕДОБРОСОВЕСТНЫХ ПОСТАВЩИКОВ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 осуществляет деятельность на объекте: офис и электронная торговая площадка организации. В отношении общества проводится либо завершено мероприятие № ФАС-77/2026-1099. Предмет претензий контрольного органа: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Включение в реестр требует установления недобросовестного поведения, а не только формального факта незаключения либо неисполнения договора.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реестра с отметкой времени.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нотариального осмотра интернет-страницы при необходимости.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реестра с отметкой времени.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нотариального осмотра интернет-страницы при необходимости.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включения сведений в реестр недобросовестных поставщиков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