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Управление Роспотребнадзора по г. Москве</w:t>
        <w:br/>
        <w:t>129626, г. Москва, Графский пер., д. 4/9</w:t>
        <w:br/>
        <w:br/>
        <w:t>от ООО «МедТех Сервис»</w:t>
        <w:br/>
        <w:t>ИНН 7700003003, ОГРН 1267700003003</w:t>
        <w:br/>
        <w:t>127018, г. Москва, ул. Складочная, д. 1, стр. 18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ПИСЬМЕННЫЕ ОБЪЯСНЕНИЯ ПО ФАКТУ НЕПРИМЕНЕНИЯ КОНТРОЛЬНО-КАССОВОЙ ТЕХНИКИ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«МедТех Сервис» осуществляет деятельность на объекте: сервисный центр и торговый зал по адресу: г. Москва, ул. Складочная, д. 1. В отношении общества проводится либо завершено мероприятие № КНМ-77/2026-512. Предмет претензий контрольного органа: осуществление лицензируемой деятельности без лицензии, нарушение требований к качеству товара, ККТ и защите прав потребителей.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Организация реализует бытовую медицинскую технику и выполняет ремонт отдельных устройств.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орган квалифицировал часть ремонтных операций как лицензируемую медицинскую деятельность, хотя организация осуществляет техническое обслуживание оборудования.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 одной продаже кассовый чек сформирован с опозданием, после чего организация оформила чек коррекции.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Кассовая операция была отражена с технической задержкой, после самостоятельного выявления организация сформировала чек коррекции и сообщила о принятых мерах.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18 июня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КНМ-77/2026-512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А-77/2026-512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Определить фактический характер работ и отсутствие признаков лицензируемой медицинской деятельности.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Разграничить недостаток товара, нарушение маркировки и действия продавца.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Представить документы о добровольной коррекции кассовой операции.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«сервисный центр и торговый зал по адресу: г. Москва, ул. Складочная, д. 1».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Кодекс Российской Федерации об административных правонарушениях: статьи 1.5, 2.1, 24.1, 24.5, 25.1, 25.4, 25.5, 26.1, 26.2, 26.11 и иные применимые нормы.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Закон Российской Федерации от 07.02.1992 № 2300-1 «О защите прав потребителей».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22.05.2003 № 54-ФЗ «О применении контрольно-кассовой техники при осуществлении расчетов в Российской Федерации» — для кассовых вопросов.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Договоры с клиентами.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Технические регламенты.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Должностные инструкции.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Кассовые документы.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Чек коррекции.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Экспертное заключение о характере работ.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Кассовые чеки.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Отчет о закрытии смены.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Альтернативная позиция по наказанию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Основная позиция состоит в отсутствии оснований ответственности. Не отказываясь от нее, заявитель просит при альтернативной оценке учесть впервые совершенный характер нарушения, отсутствие вреда, добровольное устранение, сотрудничество с органом и несоразмерность строгого наказания.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Альтернативная просьба о смягчении не должна формулироваться как признание события или вины. Рекомендуется прямо указать, что она заявляется исключительно на случай отклонения основной позиции.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Рассмотреть документ с участием представителя организации.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Приобщить представленные доказательства.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Принять мотивированное решение и направить его заявителю.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Договоры с клиентами.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Технические регламенты.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Должностные инструкции.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Кассовые документы.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Чек коррекции.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Экспертное заключение о характере работ.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Кассовые чеки.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Отчет о закрытии смены.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10.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Письменные объяснения по факту неприменения контрольно-кассовой техники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