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СУЩЕСТВЕННЫМИ НЕДОСТАТКАМИ ПРОТОКОЛА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существенными недостатками протокола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