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Арбитражный суд города Москвы</w:t>
        <w:br/>
        <w:t>115225, г. Москва, ул. Большая Тульская, д. 17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ЖАЛОБА В СВЯЗИ С НАРУШЕНИЕМ ПРАВИЛ ПОДВЕДОМСТВЕННОСТИ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обжалование постановления о привлечении организации к административной ответственности.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Постановлением Управления организация привлечена к ответственности и ей назначен административный штраф.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 рассмотрении дела отклонены ходатайства о вызове инспектора и истребовании оригинала обращения потребителя.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Постановление воспроизводит текст протокола и не содержит оценки доводов об отсутствии состава и вины.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Обжалование строится одновременно на материальных возражениях и существенных процедурных нарушениях, повлиявших на результат.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30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Оспорить постановление по процессуальным и материально-правовым основаниям.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Добиваться исследования всех доказательств и проверки законности контрольного мероприятия.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Просить отменить постановление и прекратить производство по делу.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Кодекс Российской Федерации об административных правонарушениях: статьи 1.5, 2.1, 24.1, 24.5, 25.1, 25.4, 25.5, 26.1, 26.2, 26.11 и иные применимые нормы.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Арбитражный процессуальный кодекс Российской Федерации: главы 24 и 25, а также общие правила доказывания и судебного обжалования.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Постановление.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Протокол.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Ходатайства и определения об отказе.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Материалы проверки.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надлежащего поведения организации.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Альтернативная позиция по наказанию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Основная позиция состоит в отсутствии оснований ответственности. Не отказываясь от нее, заявитель просит при альтернативной оценке учесть впервые совершенный характер нарушения, отсутствие вреда, добровольное устранение, сотрудничество с органом и несоразмерность строгого наказания.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Альтернативная просьба о смягчении не должна формулироваться как признание события или вины. Рекомендуется прямо указать, что она заявляется исключительно на случай отклонения основной позиции.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Отменить либо изменить обжалуемое решение.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Прекратить производство или исключить спорные выводы.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доказательства и дать каждому доводу мотивированную оценку.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Постановление.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Протокол.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Ходатайства и определения об отказе.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Материалы проверки.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надлежащего поведения организации.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Жалоба в связи с нарушением правил подведомственности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