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ДОПОЛНЕНИЕ К ЖАЛОБЕ НА ПОСТАНОВЛЕНИЕ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обжалование постановления о привлечении организации к административной ответственности.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Дополнение к жалобе на постановление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