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ВЫДАЧЕ КОПИИ ПОСТАНОВЛЕНИЯ ПО ДЕЛУ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копии постановления по делу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