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ПРОВЕДЕНИИ ПРОФИЛАКТИЧЕСКОГО ВИЗИТА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профилактический визит в согласованную дату.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мероприятие профилактическими целями.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письменные рекомендации по итогам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проведении профилактического визита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